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6B655" w14:textId="77777777" w:rsidR="00F620A2" w:rsidRPr="00F620A2" w:rsidRDefault="00F620A2" w:rsidP="00F620A2">
      <w:pPr>
        <w:jc w:val="both"/>
        <w:rPr>
          <w:b/>
          <w:bCs/>
          <w:sz w:val="32"/>
          <w:szCs w:val="32"/>
          <w:lang w:val="pt-BR"/>
        </w:rPr>
      </w:pPr>
      <w:r w:rsidRPr="00F620A2">
        <w:rPr>
          <w:b/>
          <w:bCs/>
          <w:sz w:val="32"/>
          <w:szCs w:val="32"/>
          <w:lang w:val="pt-BR"/>
        </w:rPr>
        <w:t>CONTRATO DE PRESTAÇÃO DE SERVIÇOS DE DESENVOLVIMENTO DE WEBSITE E SISTEMA</w:t>
      </w:r>
    </w:p>
    <w:p w14:paraId="43AF677D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022DCDDC" w14:textId="7D7319BD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Pelo presente instrumento particular, de um lado:</w:t>
      </w:r>
    </w:p>
    <w:p w14:paraId="323F2D2A" w14:textId="77777777" w:rsidR="00F620A2" w:rsidRPr="00F620A2" w:rsidRDefault="00F620A2" w:rsidP="00F620A2">
      <w:pPr>
        <w:ind w:left="720"/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CONTRATANTE</w:t>
      </w:r>
    </w:p>
    <w:p w14:paraId="3CB47F99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Nome/Razão Social: ________________________________________</w:t>
      </w:r>
    </w:p>
    <w:p w14:paraId="738FEB2B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CPF/CNPJ: ________________________________________________</w:t>
      </w:r>
    </w:p>
    <w:p w14:paraId="733DC19C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Endereço: _________________________________________________</w:t>
      </w:r>
    </w:p>
    <w:p w14:paraId="23397A94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Representante Legal: _______________________________________</w:t>
      </w:r>
    </w:p>
    <w:p w14:paraId="6F2051CF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Telefone: _________________________________________________</w:t>
      </w:r>
    </w:p>
    <w:p w14:paraId="45EF6E6E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E-mail: _________________________________________________</w:t>
      </w:r>
    </w:p>
    <w:p w14:paraId="0D6C5219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doravante denominado simplesmente CONTRATANTE.</w:t>
      </w:r>
    </w:p>
    <w:p w14:paraId="0F963E49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E, de outro lado,</w:t>
      </w:r>
    </w:p>
    <w:p w14:paraId="11E028A6" w14:textId="77777777" w:rsidR="00F620A2" w:rsidRPr="00F620A2" w:rsidRDefault="00F620A2" w:rsidP="00F620A2">
      <w:pPr>
        <w:ind w:left="720"/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CONTRATADA</w:t>
      </w:r>
    </w:p>
    <w:p w14:paraId="5F842FA3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Nome/Razão Social: ________________________________________</w:t>
      </w:r>
    </w:p>
    <w:p w14:paraId="6D24570E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CPF/CNPJ: ________________________________________________</w:t>
      </w:r>
    </w:p>
    <w:p w14:paraId="262CA1EF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Endereço: _________________________________________________</w:t>
      </w:r>
    </w:p>
    <w:p w14:paraId="194D0C64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Representante Legal: _______________________________________</w:t>
      </w:r>
    </w:p>
    <w:p w14:paraId="3BE12581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Telefone: _________________________________________________</w:t>
      </w:r>
    </w:p>
    <w:p w14:paraId="4768A326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E-mail: _________________________________________________</w:t>
      </w:r>
    </w:p>
    <w:p w14:paraId="1447C81E" w14:textId="77777777" w:rsidR="00F620A2" w:rsidRPr="00F620A2" w:rsidRDefault="00F620A2" w:rsidP="00F620A2">
      <w:pPr>
        <w:ind w:left="720"/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doravante denominada simplesmente CONTRATADA.</w:t>
      </w:r>
    </w:p>
    <w:p w14:paraId="20D4DC2D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As partes resolvem celebrar o presente CONTRATO DE PRESTAÇÃO DE SERVIÇOS, que será regido pelas cláusulas abaixo.</w:t>
      </w:r>
    </w:p>
    <w:p w14:paraId="078D81F2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6867D528" w14:textId="77777777" w:rsidR="00F620A2" w:rsidRDefault="00F620A2" w:rsidP="00F620A2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br w:type="page"/>
      </w:r>
    </w:p>
    <w:p w14:paraId="6666CF9F" w14:textId="5ABEE519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lastRenderedPageBreak/>
        <w:t>CLÁUSULA PRIMEIRA – DO OBJETO</w:t>
      </w:r>
    </w:p>
    <w:p w14:paraId="11380458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Constitui objeto deste contrato a prestação de serviços especializados para:</w:t>
      </w:r>
    </w:p>
    <w:p w14:paraId="2D0B67EE" w14:textId="77777777" w:rsidR="00F620A2" w:rsidRPr="00F620A2" w:rsidRDefault="00F620A2" w:rsidP="00F620A2">
      <w:pPr>
        <w:numPr>
          <w:ilvl w:val="0"/>
          <w:numId w:val="1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Desenvolvimento de Website;</w:t>
      </w:r>
    </w:p>
    <w:p w14:paraId="299EE5A3" w14:textId="77777777" w:rsidR="00F620A2" w:rsidRPr="00F620A2" w:rsidRDefault="00F620A2" w:rsidP="00F620A2">
      <w:pPr>
        <w:numPr>
          <w:ilvl w:val="0"/>
          <w:numId w:val="1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Desenvolvimento de Sistema Web;</w:t>
      </w:r>
    </w:p>
    <w:p w14:paraId="4FDC5F54" w14:textId="77777777" w:rsidR="00F620A2" w:rsidRPr="00F620A2" w:rsidRDefault="00F620A2" w:rsidP="00F620A2">
      <w:pPr>
        <w:numPr>
          <w:ilvl w:val="0"/>
          <w:numId w:val="1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Desenvolvimento de Painel Administrativo;</w:t>
      </w:r>
    </w:p>
    <w:p w14:paraId="5441ED6F" w14:textId="77777777" w:rsidR="00F620A2" w:rsidRPr="00F620A2" w:rsidRDefault="00F620A2" w:rsidP="00F620A2">
      <w:pPr>
        <w:numPr>
          <w:ilvl w:val="0"/>
          <w:numId w:val="1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Banco de Dados;</w:t>
      </w:r>
    </w:p>
    <w:p w14:paraId="003EA5F4" w14:textId="77777777" w:rsidR="00F620A2" w:rsidRPr="00F620A2" w:rsidRDefault="00F620A2" w:rsidP="00F620A2">
      <w:pPr>
        <w:numPr>
          <w:ilvl w:val="0"/>
          <w:numId w:val="1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APIs;</w:t>
      </w:r>
    </w:p>
    <w:p w14:paraId="7E7120F5" w14:textId="77777777" w:rsidR="00F620A2" w:rsidRPr="00F620A2" w:rsidRDefault="00F620A2" w:rsidP="00F620A2">
      <w:pPr>
        <w:numPr>
          <w:ilvl w:val="0"/>
          <w:numId w:val="1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Integrações com sistemas de terceiros;</w:t>
      </w:r>
    </w:p>
    <w:p w14:paraId="550A545C" w14:textId="77777777" w:rsidR="00F620A2" w:rsidRPr="00F620A2" w:rsidRDefault="00F620A2" w:rsidP="00F620A2">
      <w:pPr>
        <w:numPr>
          <w:ilvl w:val="0"/>
          <w:numId w:val="1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Responsividade;</w:t>
      </w:r>
    </w:p>
    <w:p w14:paraId="0853314E" w14:textId="77777777" w:rsidR="00F620A2" w:rsidRPr="00F620A2" w:rsidRDefault="00F620A2" w:rsidP="00F620A2">
      <w:pPr>
        <w:numPr>
          <w:ilvl w:val="0"/>
          <w:numId w:val="1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Otimização de desempenho;</w:t>
      </w:r>
    </w:p>
    <w:p w14:paraId="7A9735AE" w14:textId="77777777" w:rsidR="00F620A2" w:rsidRPr="00F620A2" w:rsidRDefault="00F620A2" w:rsidP="00F620A2">
      <w:pPr>
        <w:numPr>
          <w:ilvl w:val="0"/>
          <w:numId w:val="1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Hospedagem (quando contratada);</w:t>
      </w:r>
    </w:p>
    <w:p w14:paraId="15F344D5" w14:textId="77777777" w:rsidR="00F620A2" w:rsidRPr="00F620A2" w:rsidRDefault="00F620A2" w:rsidP="00F620A2">
      <w:pPr>
        <w:numPr>
          <w:ilvl w:val="0"/>
          <w:numId w:val="1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Implantação em servidor;</w:t>
      </w:r>
    </w:p>
    <w:p w14:paraId="30A45328" w14:textId="77777777" w:rsidR="00F620A2" w:rsidRPr="00F620A2" w:rsidRDefault="00F620A2" w:rsidP="00F620A2">
      <w:pPr>
        <w:numPr>
          <w:ilvl w:val="0"/>
          <w:numId w:val="1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Treinamento básico de utilização;</w:t>
      </w:r>
    </w:p>
    <w:p w14:paraId="2B16ECB7" w14:textId="77777777" w:rsidR="00F620A2" w:rsidRPr="00F620A2" w:rsidRDefault="00F620A2" w:rsidP="00F620A2">
      <w:pPr>
        <w:numPr>
          <w:ilvl w:val="0"/>
          <w:numId w:val="1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Entrega da documentação prevista neste contrato.</w:t>
      </w:r>
    </w:p>
    <w:p w14:paraId="4FBB5EC5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45D032B0" w14:textId="72696101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SEGUNDA – ESCOPO DO PROJETO</w:t>
      </w:r>
    </w:p>
    <w:p w14:paraId="5F356DF7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O projeto compreenderá:</w:t>
      </w:r>
    </w:p>
    <w:p w14:paraId="1FC88961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Website</w:t>
      </w:r>
    </w:p>
    <w:p w14:paraId="6B4B103F" w14:textId="77777777" w:rsidR="00F620A2" w:rsidRPr="00F620A2" w:rsidRDefault="00F620A2" w:rsidP="00F620A2">
      <w:pPr>
        <w:numPr>
          <w:ilvl w:val="0"/>
          <w:numId w:val="1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Página inicial</w:t>
      </w:r>
    </w:p>
    <w:p w14:paraId="39BB4210" w14:textId="77777777" w:rsidR="00F620A2" w:rsidRPr="00F620A2" w:rsidRDefault="00F620A2" w:rsidP="00F620A2">
      <w:pPr>
        <w:numPr>
          <w:ilvl w:val="0"/>
          <w:numId w:val="1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Institucional</w:t>
      </w:r>
    </w:p>
    <w:p w14:paraId="5FE23F58" w14:textId="77777777" w:rsidR="00F620A2" w:rsidRPr="00F620A2" w:rsidRDefault="00F620A2" w:rsidP="00F620A2">
      <w:pPr>
        <w:numPr>
          <w:ilvl w:val="0"/>
          <w:numId w:val="1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Quem Somos</w:t>
      </w:r>
    </w:p>
    <w:p w14:paraId="05A50384" w14:textId="77777777" w:rsidR="00F620A2" w:rsidRPr="00F620A2" w:rsidRDefault="00F620A2" w:rsidP="00F620A2">
      <w:pPr>
        <w:numPr>
          <w:ilvl w:val="0"/>
          <w:numId w:val="1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Serviços</w:t>
      </w:r>
    </w:p>
    <w:p w14:paraId="26848BB0" w14:textId="77777777" w:rsidR="00F620A2" w:rsidRPr="00F620A2" w:rsidRDefault="00F620A2" w:rsidP="00F620A2">
      <w:pPr>
        <w:numPr>
          <w:ilvl w:val="0"/>
          <w:numId w:val="1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Produtos</w:t>
      </w:r>
    </w:p>
    <w:p w14:paraId="45EFA346" w14:textId="77777777" w:rsidR="00F620A2" w:rsidRPr="00F620A2" w:rsidRDefault="00F620A2" w:rsidP="00F620A2">
      <w:pPr>
        <w:numPr>
          <w:ilvl w:val="0"/>
          <w:numId w:val="1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Blog</w:t>
      </w:r>
    </w:p>
    <w:p w14:paraId="15578116" w14:textId="77777777" w:rsidR="00F620A2" w:rsidRPr="00F620A2" w:rsidRDefault="00F620A2" w:rsidP="00F620A2">
      <w:pPr>
        <w:numPr>
          <w:ilvl w:val="0"/>
          <w:numId w:val="1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Contato</w:t>
      </w:r>
    </w:p>
    <w:p w14:paraId="58FFD580" w14:textId="77777777" w:rsidR="00F620A2" w:rsidRPr="00F620A2" w:rsidRDefault="00F620A2" w:rsidP="00F620A2">
      <w:pPr>
        <w:numPr>
          <w:ilvl w:val="0"/>
          <w:numId w:val="1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lastRenderedPageBreak/>
        <w:t>Formulários</w:t>
      </w:r>
    </w:p>
    <w:p w14:paraId="69AE654A" w14:textId="77777777" w:rsidR="00F620A2" w:rsidRPr="00F620A2" w:rsidRDefault="00F620A2" w:rsidP="00F620A2">
      <w:pPr>
        <w:numPr>
          <w:ilvl w:val="0"/>
          <w:numId w:val="1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Área administrativa</w:t>
      </w:r>
    </w:p>
    <w:p w14:paraId="6270C742" w14:textId="77777777" w:rsidR="00F620A2" w:rsidRPr="00F620A2" w:rsidRDefault="00F620A2" w:rsidP="00F620A2">
      <w:pPr>
        <w:numPr>
          <w:ilvl w:val="0"/>
          <w:numId w:val="1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SEO básico</w:t>
      </w:r>
    </w:p>
    <w:p w14:paraId="1B992717" w14:textId="77777777" w:rsidR="00F620A2" w:rsidRPr="00F620A2" w:rsidRDefault="00F620A2" w:rsidP="00F620A2">
      <w:pPr>
        <w:numPr>
          <w:ilvl w:val="0"/>
          <w:numId w:val="1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Layout Responsivo</w:t>
      </w:r>
    </w:p>
    <w:p w14:paraId="5D7D5759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Sistema</w:t>
      </w:r>
    </w:p>
    <w:p w14:paraId="2C8CE1CD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O sistema poderá conter, conforme proposta comercial:</w:t>
      </w:r>
    </w:p>
    <w:p w14:paraId="33BF419A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Login</w:t>
      </w:r>
    </w:p>
    <w:p w14:paraId="4B447967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Controle de usuários</w:t>
      </w:r>
    </w:p>
    <w:p w14:paraId="1CF230B3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Perfis de acesso</w:t>
      </w:r>
    </w:p>
    <w:p w14:paraId="1242F30F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Dashboard</w:t>
      </w:r>
    </w:p>
    <w:p w14:paraId="2D734A7C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Cadastro de clientes</w:t>
      </w:r>
    </w:p>
    <w:p w14:paraId="3AFD4E30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Cadastro de fornecedores</w:t>
      </w:r>
    </w:p>
    <w:p w14:paraId="22AD6ACB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Cadastro de produtos</w:t>
      </w:r>
    </w:p>
    <w:p w14:paraId="71E6C20A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Estoque</w:t>
      </w:r>
    </w:p>
    <w:p w14:paraId="3CAEE0BC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Financeiro</w:t>
      </w:r>
    </w:p>
    <w:p w14:paraId="1BF063BE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Relatórios</w:t>
      </w:r>
    </w:p>
    <w:p w14:paraId="702F2286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Upload de documentos</w:t>
      </w:r>
    </w:p>
    <w:p w14:paraId="5B4C58DA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Histórico de alterações</w:t>
      </w:r>
    </w:p>
    <w:p w14:paraId="1AF98BDF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Backup</w:t>
      </w:r>
    </w:p>
    <w:p w14:paraId="7277BA55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Auditoria</w:t>
      </w:r>
    </w:p>
    <w:p w14:paraId="7634444A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Integração com APIs</w:t>
      </w:r>
    </w:p>
    <w:p w14:paraId="4E2CBD00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Exportação em PDF</w:t>
      </w:r>
    </w:p>
    <w:p w14:paraId="255B750E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Exportação Excel</w:t>
      </w:r>
    </w:p>
    <w:p w14:paraId="40A65B93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Impressões</w:t>
      </w:r>
    </w:p>
    <w:p w14:paraId="4913E6CD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Notificações</w:t>
      </w:r>
    </w:p>
    <w:p w14:paraId="1B8A1C7E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lastRenderedPageBreak/>
        <w:t>Logs</w:t>
      </w:r>
    </w:p>
    <w:p w14:paraId="1C73D555" w14:textId="77777777" w:rsidR="00F620A2" w:rsidRPr="00F620A2" w:rsidRDefault="00F620A2" w:rsidP="00F620A2">
      <w:pPr>
        <w:numPr>
          <w:ilvl w:val="0"/>
          <w:numId w:val="1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Configurações gerais</w:t>
      </w:r>
    </w:p>
    <w:p w14:paraId="22CBE344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Todos os módulos serão definidos na Proposta Comercial que passa a integrar este contrato.</w:t>
      </w:r>
    </w:p>
    <w:p w14:paraId="550F2D97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0F0DF832" w14:textId="622F8BB3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TERCEIRA – TECNOLOGIAS</w:t>
      </w:r>
    </w:p>
    <w:p w14:paraId="25F74AD8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 CONTRATADA poderá utilizar, conforme necessidade técnica:</w:t>
      </w:r>
    </w:p>
    <w:p w14:paraId="1AFEFF30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HTML5</w:t>
      </w:r>
    </w:p>
    <w:p w14:paraId="43908930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CSS3</w:t>
      </w:r>
    </w:p>
    <w:p w14:paraId="1AEBCB7C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proofErr w:type="spellStart"/>
      <w:r w:rsidRPr="00F620A2">
        <w:rPr>
          <w:sz w:val="24"/>
          <w:szCs w:val="24"/>
          <w:lang w:val="pt-BR"/>
        </w:rPr>
        <w:t>JavaScript</w:t>
      </w:r>
      <w:proofErr w:type="spellEnd"/>
    </w:p>
    <w:p w14:paraId="62EA0DBD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PHP</w:t>
      </w:r>
    </w:p>
    <w:p w14:paraId="481E069E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proofErr w:type="spellStart"/>
      <w:r w:rsidRPr="00F620A2">
        <w:rPr>
          <w:sz w:val="24"/>
          <w:szCs w:val="24"/>
          <w:lang w:val="pt-BR"/>
        </w:rPr>
        <w:t>Laravel</w:t>
      </w:r>
      <w:proofErr w:type="spellEnd"/>
    </w:p>
    <w:p w14:paraId="42F0B803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proofErr w:type="spellStart"/>
      <w:r w:rsidRPr="00F620A2">
        <w:rPr>
          <w:sz w:val="24"/>
          <w:szCs w:val="24"/>
          <w:lang w:val="pt-BR"/>
        </w:rPr>
        <w:t>Tailwind</w:t>
      </w:r>
      <w:proofErr w:type="spellEnd"/>
      <w:r w:rsidRPr="00F620A2">
        <w:rPr>
          <w:sz w:val="24"/>
          <w:szCs w:val="24"/>
          <w:lang w:val="pt-BR"/>
        </w:rPr>
        <w:t xml:space="preserve"> CSS</w:t>
      </w:r>
    </w:p>
    <w:p w14:paraId="27D0120C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proofErr w:type="spellStart"/>
      <w:r w:rsidRPr="00F620A2">
        <w:rPr>
          <w:sz w:val="24"/>
          <w:szCs w:val="24"/>
          <w:lang w:val="pt-BR"/>
        </w:rPr>
        <w:t>Bootstrap</w:t>
      </w:r>
      <w:proofErr w:type="spellEnd"/>
    </w:p>
    <w:p w14:paraId="745130B8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Vue.js</w:t>
      </w:r>
    </w:p>
    <w:p w14:paraId="69C7054B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proofErr w:type="spellStart"/>
      <w:r w:rsidRPr="00F620A2">
        <w:rPr>
          <w:sz w:val="24"/>
          <w:szCs w:val="24"/>
          <w:lang w:val="pt-BR"/>
        </w:rPr>
        <w:t>React</w:t>
      </w:r>
      <w:proofErr w:type="spellEnd"/>
    </w:p>
    <w:p w14:paraId="1322F13B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Node.js</w:t>
      </w:r>
    </w:p>
    <w:p w14:paraId="3E8D15E3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MySQL</w:t>
      </w:r>
    </w:p>
    <w:p w14:paraId="458D7ACF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PostgreSQL</w:t>
      </w:r>
    </w:p>
    <w:p w14:paraId="5FAD2CC4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proofErr w:type="spellStart"/>
      <w:r w:rsidRPr="00F620A2">
        <w:rPr>
          <w:sz w:val="24"/>
          <w:szCs w:val="24"/>
          <w:lang w:val="pt-BR"/>
        </w:rPr>
        <w:t>MariaDB</w:t>
      </w:r>
      <w:proofErr w:type="spellEnd"/>
    </w:p>
    <w:p w14:paraId="119B45AE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APIs REST</w:t>
      </w:r>
    </w:p>
    <w:p w14:paraId="0CCCDBF6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proofErr w:type="spellStart"/>
      <w:r w:rsidRPr="00F620A2">
        <w:rPr>
          <w:sz w:val="24"/>
          <w:szCs w:val="24"/>
          <w:lang w:val="pt-BR"/>
        </w:rPr>
        <w:t>Git</w:t>
      </w:r>
      <w:proofErr w:type="spellEnd"/>
    </w:p>
    <w:p w14:paraId="2A1F253D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GitHub</w:t>
      </w:r>
    </w:p>
    <w:p w14:paraId="07E469D5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Docker</w:t>
      </w:r>
    </w:p>
    <w:p w14:paraId="60BCCD98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Linux</w:t>
      </w:r>
    </w:p>
    <w:p w14:paraId="4628296B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proofErr w:type="spellStart"/>
      <w:r w:rsidRPr="00F620A2">
        <w:rPr>
          <w:sz w:val="24"/>
          <w:szCs w:val="24"/>
          <w:lang w:val="pt-BR"/>
        </w:rPr>
        <w:lastRenderedPageBreak/>
        <w:t>Nginx</w:t>
      </w:r>
      <w:proofErr w:type="spellEnd"/>
    </w:p>
    <w:p w14:paraId="0DC9C89D" w14:textId="77777777" w:rsidR="00F620A2" w:rsidRPr="00F620A2" w:rsidRDefault="00F620A2" w:rsidP="00F620A2">
      <w:pPr>
        <w:numPr>
          <w:ilvl w:val="0"/>
          <w:numId w:val="1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Apache</w:t>
      </w:r>
    </w:p>
    <w:p w14:paraId="1121E13E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 escolha tecnológica é de responsabilidade da CONTRATADA.</w:t>
      </w:r>
    </w:p>
    <w:p w14:paraId="4B1667AA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09BA1497" w14:textId="4254D259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QUARTA – PRAZO</w:t>
      </w:r>
    </w:p>
    <w:p w14:paraId="42B4ACB6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O prazo para conclusão será de ______ dias úteis, contados a partir:</w:t>
      </w:r>
    </w:p>
    <w:p w14:paraId="2852A360" w14:textId="77777777" w:rsidR="00F620A2" w:rsidRPr="00F620A2" w:rsidRDefault="00F620A2" w:rsidP="00F620A2">
      <w:pPr>
        <w:numPr>
          <w:ilvl w:val="0"/>
          <w:numId w:val="14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assinatura do contrato;</w:t>
      </w:r>
    </w:p>
    <w:p w14:paraId="05526AE0" w14:textId="77777777" w:rsidR="00F620A2" w:rsidRPr="00F620A2" w:rsidRDefault="00F620A2" w:rsidP="00F620A2">
      <w:pPr>
        <w:numPr>
          <w:ilvl w:val="0"/>
          <w:numId w:val="14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pagamento da entrada;</w:t>
      </w:r>
    </w:p>
    <w:p w14:paraId="45DAD46A" w14:textId="77777777" w:rsidR="00F620A2" w:rsidRPr="00F620A2" w:rsidRDefault="00F620A2" w:rsidP="00F620A2">
      <w:pPr>
        <w:numPr>
          <w:ilvl w:val="0"/>
          <w:numId w:val="14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entrega integral do material pelo CONTRATANTE.</w:t>
      </w:r>
    </w:p>
    <w:p w14:paraId="7713B375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O prazo poderá ser prorrogado em razão de:</w:t>
      </w:r>
    </w:p>
    <w:p w14:paraId="49D87E3F" w14:textId="77777777" w:rsidR="00F620A2" w:rsidRPr="00F620A2" w:rsidRDefault="00F620A2" w:rsidP="00F620A2">
      <w:pPr>
        <w:numPr>
          <w:ilvl w:val="0"/>
          <w:numId w:val="15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alterações solicitadas;</w:t>
      </w:r>
    </w:p>
    <w:p w14:paraId="117022B6" w14:textId="77777777" w:rsidR="00F620A2" w:rsidRPr="00F620A2" w:rsidRDefault="00F620A2" w:rsidP="00F620A2">
      <w:pPr>
        <w:numPr>
          <w:ilvl w:val="0"/>
          <w:numId w:val="15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atraso no envio de informações;</w:t>
      </w:r>
    </w:p>
    <w:p w14:paraId="15F06235" w14:textId="77777777" w:rsidR="00F620A2" w:rsidRPr="00F620A2" w:rsidRDefault="00F620A2" w:rsidP="00F620A2">
      <w:pPr>
        <w:numPr>
          <w:ilvl w:val="0"/>
          <w:numId w:val="15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força maior;</w:t>
      </w:r>
    </w:p>
    <w:p w14:paraId="41F446AC" w14:textId="77777777" w:rsidR="00F620A2" w:rsidRPr="00F620A2" w:rsidRDefault="00F620A2" w:rsidP="00F620A2">
      <w:pPr>
        <w:numPr>
          <w:ilvl w:val="0"/>
          <w:numId w:val="15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problemas técnicos externos.</w:t>
      </w:r>
    </w:p>
    <w:p w14:paraId="7F90CA6C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0E96B51D" w14:textId="3593BB9A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QUINTA – OBRIGAÇÕES DA CONTRATADA</w:t>
      </w:r>
    </w:p>
    <w:p w14:paraId="46AEC2BF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 CONTRATADA compromete-se a:</w:t>
      </w:r>
    </w:p>
    <w:p w14:paraId="3971EF7B" w14:textId="77777777" w:rsidR="00F620A2" w:rsidRPr="00F620A2" w:rsidRDefault="00F620A2" w:rsidP="00F620A2">
      <w:pPr>
        <w:numPr>
          <w:ilvl w:val="0"/>
          <w:numId w:val="16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desenvolver o projeto conforme escopo;</w:t>
      </w:r>
    </w:p>
    <w:p w14:paraId="62FD1035" w14:textId="77777777" w:rsidR="00F620A2" w:rsidRPr="00F620A2" w:rsidRDefault="00F620A2" w:rsidP="00F620A2">
      <w:pPr>
        <w:numPr>
          <w:ilvl w:val="0"/>
          <w:numId w:val="16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utilizar boas práticas de programação;</w:t>
      </w:r>
    </w:p>
    <w:p w14:paraId="2163A8E2" w14:textId="77777777" w:rsidR="00F620A2" w:rsidRPr="00F620A2" w:rsidRDefault="00F620A2" w:rsidP="00F620A2">
      <w:pPr>
        <w:numPr>
          <w:ilvl w:val="0"/>
          <w:numId w:val="16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manter sigilo das informações;</w:t>
      </w:r>
    </w:p>
    <w:p w14:paraId="0752A199" w14:textId="77777777" w:rsidR="00F620A2" w:rsidRPr="00F620A2" w:rsidRDefault="00F620A2" w:rsidP="00F620A2">
      <w:pPr>
        <w:numPr>
          <w:ilvl w:val="0"/>
          <w:numId w:val="16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realizar testes antes da entrega;</w:t>
      </w:r>
    </w:p>
    <w:p w14:paraId="080E269A" w14:textId="77777777" w:rsidR="00F620A2" w:rsidRPr="00F620A2" w:rsidRDefault="00F620A2" w:rsidP="00F620A2">
      <w:pPr>
        <w:numPr>
          <w:ilvl w:val="0"/>
          <w:numId w:val="16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corrigir erros encontrados durante a garantia;</w:t>
      </w:r>
    </w:p>
    <w:p w14:paraId="21EBA861" w14:textId="77777777" w:rsidR="00F620A2" w:rsidRPr="00F620A2" w:rsidRDefault="00F620A2" w:rsidP="00F620A2">
      <w:pPr>
        <w:numPr>
          <w:ilvl w:val="0"/>
          <w:numId w:val="16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entregar o projeto funcional.</w:t>
      </w:r>
    </w:p>
    <w:p w14:paraId="73DA29AD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78484101" w14:textId="19EEA91B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SEXTA – OBRIGAÇÕES DO CONTRATANTE</w:t>
      </w:r>
    </w:p>
    <w:p w14:paraId="06F2CA03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lastRenderedPageBreak/>
        <w:t>Compete ao CONTRATANTE:</w:t>
      </w:r>
    </w:p>
    <w:p w14:paraId="2B3C984D" w14:textId="77777777" w:rsidR="00F620A2" w:rsidRPr="00F620A2" w:rsidRDefault="00F620A2" w:rsidP="00F620A2">
      <w:pPr>
        <w:numPr>
          <w:ilvl w:val="0"/>
          <w:numId w:val="17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fornecer informações corretas;</w:t>
      </w:r>
    </w:p>
    <w:p w14:paraId="4EAB9930" w14:textId="77777777" w:rsidR="00F620A2" w:rsidRPr="00F620A2" w:rsidRDefault="00F620A2" w:rsidP="00F620A2">
      <w:pPr>
        <w:numPr>
          <w:ilvl w:val="0"/>
          <w:numId w:val="17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entregar textos, imagens e documentos;</w:t>
      </w:r>
    </w:p>
    <w:p w14:paraId="2820B0C3" w14:textId="77777777" w:rsidR="00F620A2" w:rsidRPr="00F620A2" w:rsidRDefault="00F620A2" w:rsidP="00F620A2">
      <w:pPr>
        <w:numPr>
          <w:ilvl w:val="0"/>
          <w:numId w:val="17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aprovar layouts;</w:t>
      </w:r>
    </w:p>
    <w:p w14:paraId="0929F904" w14:textId="77777777" w:rsidR="00F620A2" w:rsidRPr="00F620A2" w:rsidRDefault="00F620A2" w:rsidP="00F620A2">
      <w:pPr>
        <w:numPr>
          <w:ilvl w:val="0"/>
          <w:numId w:val="17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realizar pagamentos;</w:t>
      </w:r>
    </w:p>
    <w:p w14:paraId="2A42CF91" w14:textId="77777777" w:rsidR="00F620A2" w:rsidRPr="00F620A2" w:rsidRDefault="00F620A2" w:rsidP="00F620A2">
      <w:pPr>
        <w:numPr>
          <w:ilvl w:val="0"/>
          <w:numId w:val="17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indicar responsável pelas aprovações.</w:t>
      </w:r>
    </w:p>
    <w:p w14:paraId="6021C198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O atraso no envio de informações suspende automaticamente o prazo de entrega.</w:t>
      </w:r>
    </w:p>
    <w:p w14:paraId="0F25F48E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2867FA27" w14:textId="70B29C60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SÉTIMA – ALTERAÇÕES DE ESCOPO</w:t>
      </w:r>
    </w:p>
    <w:p w14:paraId="37F48129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Após aprovação do escopo inicial, qualquer alteração será considerada desenvolvimento adicional.</w:t>
      </w:r>
    </w:p>
    <w:p w14:paraId="3A0BD750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Toda alteração deverá ser:</w:t>
      </w:r>
    </w:p>
    <w:p w14:paraId="734FF499" w14:textId="77777777" w:rsidR="00F620A2" w:rsidRPr="00F620A2" w:rsidRDefault="00F620A2" w:rsidP="00F620A2">
      <w:pPr>
        <w:numPr>
          <w:ilvl w:val="0"/>
          <w:numId w:val="18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solicitada por escrito;</w:t>
      </w:r>
    </w:p>
    <w:p w14:paraId="5D6777EF" w14:textId="77777777" w:rsidR="00F620A2" w:rsidRPr="00F620A2" w:rsidRDefault="00F620A2" w:rsidP="00F620A2">
      <w:pPr>
        <w:numPr>
          <w:ilvl w:val="0"/>
          <w:numId w:val="18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orçada separadamente;</w:t>
      </w:r>
    </w:p>
    <w:p w14:paraId="6570EA75" w14:textId="77777777" w:rsidR="00F620A2" w:rsidRPr="00F620A2" w:rsidRDefault="00F620A2" w:rsidP="00F620A2">
      <w:pPr>
        <w:numPr>
          <w:ilvl w:val="0"/>
          <w:numId w:val="18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aprovada antes da execução.</w:t>
      </w:r>
    </w:p>
    <w:p w14:paraId="37DF7427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 CONTRATADA não é obrigada a executar alterações sem orçamento aprovado.</w:t>
      </w:r>
    </w:p>
    <w:p w14:paraId="7A689A26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1B0094E6" w14:textId="3E23B1CB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OITAVA – VALOR</w:t>
      </w:r>
    </w:p>
    <w:p w14:paraId="005D0C1B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Pelos serviços contratados o CONTRATANTE pagará:</w:t>
      </w:r>
    </w:p>
    <w:p w14:paraId="0CA62567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Valor Total:</w:t>
      </w:r>
    </w:p>
    <w:p w14:paraId="5CF59FBB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R$ ____________________</w:t>
      </w:r>
    </w:p>
    <w:p w14:paraId="55FDC3CE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Forma de pagamento:</w:t>
      </w:r>
    </w:p>
    <w:p w14:paraId="034DA290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proofErr w:type="gramStart"/>
      <w:r w:rsidRPr="00F620A2">
        <w:rPr>
          <w:sz w:val="24"/>
          <w:szCs w:val="24"/>
          <w:lang w:val="pt-BR"/>
        </w:rPr>
        <w:t>( )</w:t>
      </w:r>
      <w:proofErr w:type="gramEnd"/>
      <w:r w:rsidRPr="00F620A2">
        <w:rPr>
          <w:sz w:val="24"/>
          <w:szCs w:val="24"/>
          <w:lang w:val="pt-BR"/>
        </w:rPr>
        <w:t xml:space="preserve"> Pix</w:t>
      </w:r>
    </w:p>
    <w:p w14:paraId="546210EE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proofErr w:type="gramStart"/>
      <w:r w:rsidRPr="00F620A2">
        <w:rPr>
          <w:sz w:val="24"/>
          <w:szCs w:val="24"/>
          <w:lang w:val="pt-BR"/>
        </w:rPr>
        <w:t>( )</w:t>
      </w:r>
      <w:proofErr w:type="gramEnd"/>
      <w:r w:rsidRPr="00F620A2">
        <w:rPr>
          <w:sz w:val="24"/>
          <w:szCs w:val="24"/>
          <w:lang w:val="pt-BR"/>
        </w:rPr>
        <w:t xml:space="preserve"> Transferência</w:t>
      </w:r>
    </w:p>
    <w:p w14:paraId="51305128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proofErr w:type="gramStart"/>
      <w:r w:rsidRPr="00F620A2">
        <w:rPr>
          <w:sz w:val="24"/>
          <w:szCs w:val="24"/>
          <w:lang w:val="pt-BR"/>
        </w:rPr>
        <w:lastRenderedPageBreak/>
        <w:t>( )</w:t>
      </w:r>
      <w:proofErr w:type="gramEnd"/>
      <w:r w:rsidRPr="00F620A2">
        <w:rPr>
          <w:sz w:val="24"/>
          <w:szCs w:val="24"/>
          <w:lang w:val="pt-BR"/>
        </w:rPr>
        <w:t xml:space="preserve"> Boleto</w:t>
      </w:r>
    </w:p>
    <w:p w14:paraId="45A63C14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proofErr w:type="gramStart"/>
      <w:r w:rsidRPr="00F620A2">
        <w:rPr>
          <w:sz w:val="24"/>
          <w:szCs w:val="24"/>
          <w:lang w:val="pt-BR"/>
        </w:rPr>
        <w:t>( )</w:t>
      </w:r>
      <w:proofErr w:type="gramEnd"/>
      <w:r w:rsidRPr="00F620A2">
        <w:rPr>
          <w:sz w:val="24"/>
          <w:szCs w:val="24"/>
          <w:lang w:val="pt-BR"/>
        </w:rPr>
        <w:t xml:space="preserve"> Cartão</w:t>
      </w:r>
    </w:p>
    <w:p w14:paraId="155BAF39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Parcelamento:</w:t>
      </w:r>
    </w:p>
    <w:p w14:paraId="396EB3A5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7073D880" w14:textId="4770475E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NONA – ATRASO NO PAGAMENTO</w:t>
      </w:r>
    </w:p>
    <w:p w14:paraId="2745898F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Em caso de atraso haverá:</w:t>
      </w:r>
    </w:p>
    <w:p w14:paraId="31BAEB85" w14:textId="77777777" w:rsidR="00F620A2" w:rsidRPr="00F620A2" w:rsidRDefault="00F620A2" w:rsidP="00F620A2">
      <w:pPr>
        <w:numPr>
          <w:ilvl w:val="0"/>
          <w:numId w:val="19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multa de 2%;</w:t>
      </w:r>
    </w:p>
    <w:p w14:paraId="6AEA2C79" w14:textId="77777777" w:rsidR="00F620A2" w:rsidRPr="00F620A2" w:rsidRDefault="00F620A2" w:rsidP="00F620A2">
      <w:pPr>
        <w:numPr>
          <w:ilvl w:val="0"/>
          <w:numId w:val="19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juros de 1% ao mês;</w:t>
      </w:r>
    </w:p>
    <w:p w14:paraId="34B91206" w14:textId="77777777" w:rsidR="00F620A2" w:rsidRPr="00F620A2" w:rsidRDefault="00F620A2" w:rsidP="00F620A2">
      <w:pPr>
        <w:numPr>
          <w:ilvl w:val="0"/>
          <w:numId w:val="19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correção monetária.</w:t>
      </w:r>
    </w:p>
    <w:p w14:paraId="3AF53198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 CONTRATADA poderá suspender imediatamente os serviços enquanto houver inadimplência.</w:t>
      </w:r>
    </w:p>
    <w:p w14:paraId="1D845017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1D218372" w14:textId="2EBCD6AC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DÉCIMA – APROVAÇÃO DAS ETAPAS</w:t>
      </w:r>
    </w:p>
    <w:p w14:paraId="29BC73AC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O projeto poderá ser dividido em etapas:</w:t>
      </w:r>
    </w:p>
    <w:p w14:paraId="3DAE5D5C" w14:textId="77777777" w:rsidR="00F620A2" w:rsidRPr="00F620A2" w:rsidRDefault="00F620A2" w:rsidP="00F620A2">
      <w:pPr>
        <w:numPr>
          <w:ilvl w:val="0"/>
          <w:numId w:val="2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Layout</w:t>
      </w:r>
    </w:p>
    <w:p w14:paraId="65405E06" w14:textId="77777777" w:rsidR="00F620A2" w:rsidRPr="00F620A2" w:rsidRDefault="00F620A2" w:rsidP="00F620A2">
      <w:pPr>
        <w:numPr>
          <w:ilvl w:val="0"/>
          <w:numId w:val="2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Front-</w:t>
      </w:r>
      <w:proofErr w:type="spellStart"/>
      <w:r w:rsidRPr="00F620A2">
        <w:rPr>
          <w:sz w:val="24"/>
          <w:szCs w:val="24"/>
          <w:lang w:val="pt-BR"/>
        </w:rPr>
        <w:t>end</w:t>
      </w:r>
      <w:proofErr w:type="spellEnd"/>
    </w:p>
    <w:p w14:paraId="7163F095" w14:textId="77777777" w:rsidR="00F620A2" w:rsidRPr="00F620A2" w:rsidRDefault="00F620A2" w:rsidP="00F620A2">
      <w:pPr>
        <w:numPr>
          <w:ilvl w:val="0"/>
          <w:numId w:val="2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Back-</w:t>
      </w:r>
      <w:proofErr w:type="spellStart"/>
      <w:r w:rsidRPr="00F620A2">
        <w:rPr>
          <w:sz w:val="24"/>
          <w:szCs w:val="24"/>
          <w:lang w:val="pt-BR"/>
        </w:rPr>
        <w:t>end</w:t>
      </w:r>
      <w:proofErr w:type="spellEnd"/>
    </w:p>
    <w:p w14:paraId="22116D41" w14:textId="77777777" w:rsidR="00F620A2" w:rsidRPr="00F620A2" w:rsidRDefault="00F620A2" w:rsidP="00F620A2">
      <w:pPr>
        <w:numPr>
          <w:ilvl w:val="0"/>
          <w:numId w:val="2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Testes</w:t>
      </w:r>
    </w:p>
    <w:p w14:paraId="11992A76" w14:textId="77777777" w:rsidR="00F620A2" w:rsidRPr="00F620A2" w:rsidRDefault="00F620A2" w:rsidP="00F620A2">
      <w:pPr>
        <w:numPr>
          <w:ilvl w:val="0"/>
          <w:numId w:val="20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Implantação</w:t>
      </w:r>
    </w:p>
    <w:p w14:paraId="3BFEAE29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Cada etapa deverá ser aprovada pelo CONTRATANTE.</w:t>
      </w:r>
    </w:p>
    <w:p w14:paraId="346C24B3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Caso não haja manifestação em até 5 dias úteis, considerar-se-á automaticamente aprovada.</w:t>
      </w:r>
    </w:p>
    <w:p w14:paraId="69687835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37203BE2" w14:textId="47F6FD83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DÉCIMA PRIMEIRA – TESTES E HOMOLOGAÇÃO</w:t>
      </w:r>
    </w:p>
    <w:p w14:paraId="6AA617E1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Após conclusão, o CONTRATANTE terá até 10 dias úteis para realizar testes.</w:t>
      </w:r>
    </w:p>
    <w:p w14:paraId="00EEF739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lastRenderedPageBreak/>
        <w:t>Caso não apresente inconsistências nesse período, o projeto será considerado homologado.</w:t>
      </w:r>
    </w:p>
    <w:p w14:paraId="5C29B777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07904D8E" w14:textId="137DCCE2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DÉCIMA SEGUNDA – GARANTIA</w:t>
      </w:r>
    </w:p>
    <w:p w14:paraId="45FC02BF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 CONTRATADA oferece garantia de _____ dias para correção de erros de programação.</w:t>
      </w:r>
    </w:p>
    <w:p w14:paraId="70024222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Não estão incluídos:</w:t>
      </w:r>
    </w:p>
    <w:p w14:paraId="21B01002" w14:textId="77777777" w:rsidR="00F620A2" w:rsidRPr="00F620A2" w:rsidRDefault="00F620A2" w:rsidP="00F620A2">
      <w:pPr>
        <w:numPr>
          <w:ilvl w:val="0"/>
          <w:numId w:val="2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novas funcionalidades;</w:t>
      </w:r>
    </w:p>
    <w:p w14:paraId="7A62E7BA" w14:textId="77777777" w:rsidR="00F620A2" w:rsidRPr="00F620A2" w:rsidRDefault="00F620A2" w:rsidP="00F620A2">
      <w:pPr>
        <w:numPr>
          <w:ilvl w:val="0"/>
          <w:numId w:val="2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alterações solicitadas posteriormente;</w:t>
      </w:r>
    </w:p>
    <w:p w14:paraId="3F60C3F4" w14:textId="77777777" w:rsidR="00F620A2" w:rsidRPr="00F620A2" w:rsidRDefault="00F620A2" w:rsidP="00F620A2">
      <w:pPr>
        <w:numPr>
          <w:ilvl w:val="0"/>
          <w:numId w:val="2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problemas causados por terceiros;</w:t>
      </w:r>
    </w:p>
    <w:p w14:paraId="7E4A4B5E" w14:textId="77777777" w:rsidR="00F620A2" w:rsidRPr="00F620A2" w:rsidRDefault="00F620A2" w:rsidP="00F620A2">
      <w:pPr>
        <w:numPr>
          <w:ilvl w:val="0"/>
          <w:numId w:val="21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modificações realizadas pelo cliente.</w:t>
      </w:r>
    </w:p>
    <w:p w14:paraId="63104BD0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6E8D5F2A" w14:textId="78014065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DÉCIMA TERCEIRA – SUPORTE</w:t>
      </w:r>
    </w:p>
    <w:p w14:paraId="4088B583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Após o período de garantia, o suporte será contratado separadamente.</w:t>
      </w:r>
    </w:p>
    <w:p w14:paraId="57A838AE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O suporte poderá incluir:</w:t>
      </w:r>
    </w:p>
    <w:p w14:paraId="6B936019" w14:textId="77777777" w:rsidR="00F620A2" w:rsidRPr="00F620A2" w:rsidRDefault="00F620A2" w:rsidP="00F620A2">
      <w:pPr>
        <w:numPr>
          <w:ilvl w:val="0"/>
          <w:numId w:val="2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correções;</w:t>
      </w:r>
    </w:p>
    <w:p w14:paraId="0FDA86B6" w14:textId="77777777" w:rsidR="00F620A2" w:rsidRPr="00F620A2" w:rsidRDefault="00F620A2" w:rsidP="00F620A2">
      <w:pPr>
        <w:numPr>
          <w:ilvl w:val="0"/>
          <w:numId w:val="2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atualizações;</w:t>
      </w:r>
    </w:p>
    <w:p w14:paraId="4D6EAFAF" w14:textId="77777777" w:rsidR="00F620A2" w:rsidRPr="00F620A2" w:rsidRDefault="00F620A2" w:rsidP="00F620A2">
      <w:pPr>
        <w:numPr>
          <w:ilvl w:val="0"/>
          <w:numId w:val="2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monitoramento;</w:t>
      </w:r>
    </w:p>
    <w:p w14:paraId="2A56B5ED" w14:textId="77777777" w:rsidR="00F620A2" w:rsidRPr="00F620A2" w:rsidRDefault="00F620A2" w:rsidP="00F620A2">
      <w:pPr>
        <w:numPr>
          <w:ilvl w:val="0"/>
          <w:numId w:val="2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backups;</w:t>
      </w:r>
    </w:p>
    <w:p w14:paraId="5B8E0768" w14:textId="77777777" w:rsidR="00F620A2" w:rsidRPr="00F620A2" w:rsidRDefault="00F620A2" w:rsidP="00F620A2">
      <w:pPr>
        <w:numPr>
          <w:ilvl w:val="0"/>
          <w:numId w:val="22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melhorias.</w:t>
      </w:r>
    </w:p>
    <w:p w14:paraId="4BDBBD38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27F425A5" w14:textId="033964C6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DÉCIMA QUARTA – HOSPEDAGEM</w:t>
      </w:r>
    </w:p>
    <w:p w14:paraId="5C54F6B1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Caso a hospedagem seja fornecida pela CONTRATADA:</w:t>
      </w:r>
    </w:p>
    <w:p w14:paraId="4288D6A4" w14:textId="77777777" w:rsidR="00F620A2" w:rsidRPr="00F620A2" w:rsidRDefault="00F620A2" w:rsidP="00F620A2">
      <w:pPr>
        <w:numPr>
          <w:ilvl w:val="0"/>
          <w:numId w:val="2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haverá cobrança mensal;</w:t>
      </w:r>
    </w:p>
    <w:p w14:paraId="169F3277" w14:textId="77777777" w:rsidR="00F620A2" w:rsidRPr="00F620A2" w:rsidRDefault="00F620A2" w:rsidP="00F620A2">
      <w:pPr>
        <w:numPr>
          <w:ilvl w:val="0"/>
          <w:numId w:val="2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backups periódicos;</w:t>
      </w:r>
    </w:p>
    <w:p w14:paraId="745FAD62" w14:textId="77777777" w:rsidR="00F620A2" w:rsidRPr="00F620A2" w:rsidRDefault="00F620A2" w:rsidP="00F620A2">
      <w:pPr>
        <w:numPr>
          <w:ilvl w:val="0"/>
          <w:numId w:val="23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monitoramento.</w:t>
      </w:r>
    </w:p>
    <w:p w14:paraId="158B849C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lastRenderedPageBreak/>
        <w:t>Caso seja hospedagem do cliente, a CONTRATADA não responderá por indisponibilidade do servidor.</w:t>
      </w:r>
    </w:p>
    <w:p w14:paraId="779FD05F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3CB0C29C" w14:textId="67D87F7D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DÉCIMA QUINTA – PROPRIEDADE INTELECTUAL</w:t>
      </w:r>
    </w:p>
    <w:p w14:paraId="6426B628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Após a quitação integral do contrato:</w:t>
      </w:r>
    </w:p>
    <w:p w14:paraId="3C27146B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o CONTRATANTE torna-se proprietário do projeto desenvolvido especificamente para este contrato.</w:t>
      </w:r>
    </w:p>
    <w:p w14:paraId="42471853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Permanecem pertencentes à CONTRATADA:</w:t>
      </w:r>
    </w:p>
    <w:p w14:paraId="3C7CFE9F" w14:textId="77777777" w:rsidR="00F620A2" w:rsidRPr="00F620A2" w:rsidRDefault="00F620A2" w:rsidP="00F620A2">
      <w:pPr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frameworks próprios;</w:t>
      </w:r>
    </w:p>
    <w:p w14:paraId="2240E4C4" w14:textId="77777777" w:rsidR="00F620A2" w:rsidRPr="00F620A2" w:rsidRDefault="00F620A2" w:rsidP="00F620A2">
      <w:pPr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bibliotecas próprias;</w:t>
      </w:r>
    </w:p>
    <w:p w14:paraId="2E95063A" w14:textId="77777777" w:rsidR="00F620A2" w:rsidRPr="00F620A2" w:rsidRDefault="00F620A2" w:rsidP="00F620A2">
      <w:pPr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componentes reutilizáveis;</w:t>
      </w:r>
    </w:p>
    <w:p w14:paraId="261C9C70" w14:textId="77777777" w:rsidR="00F620A2" w:rsidRPr="00F620A2" w:rsidRDefault="00F620A2" w:rsidP="00F620A2">
      <w:pPr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metodologias;</w:t>
      </w:r>
    </w:p>
    <w:p w14:paraId="32AA4576" w14:textId="77777777" w:rsidR="00F620A2" w:rsidRPr="00F620A2" w:rsidRDefault="00F620A2" w:rsidP="00F620A2">
      <w:pPr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proofErr w:type="spellStart"/>
      <w:r w:rsidRPr="00F620A2">
        <w:rPr>
          <w:sz w:val="24"/>
          <w:szCs w:val="24"/>
          <w:lang w:val="pt-BR"/>
        </w:rPr>
        <w:t>templates</w:t>
      </w:r>
      <w:proofErr w:type="spellEnd"/>
      <w:r w:rsidRPr="00F620A2">
        <w:rPr>
          <w:sz w:val="24"/>
          <w:szCs w:val="24"/>
          <w:lang w:val="pt-BR"/>
        </w:rPr>
        <w:t xml:space="preserve"> internos;</w:t>
      </w:r>
    </w:p>
    <w:p w14:paraId="4937925D" w14:textId="77777777" w:rsidR="00F620A2" w:rsidRPr="00F620A2" w:rsidRDefault="00F620A2" w:rsidP="00F620A2">
      <w:pPr>
        <w:numPr>
          <w:ilvl w:val="0"/>
          <w:numId w:val="24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códigos genéricos utilizados em outros projetos.</w:t>
      </w:r>
    </w:p>
    <w:p w14:paraId="73F6D319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Softwares de terceiros permanecem sujeitos às respectivas licenças.</w:t>
      </w:r>
    </w:p>
    <w:p w14:paraId="1994A7EC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1D50F057" w14:textId="4909D747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DÉCIMA SEXTA – DIREITOS AUTORAIS</w:t>
      </w:r>
    </w:p>
    <w:p w14:paraId="45210C2D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 CONTRATADA poderá divulgar o projeto em:</w:t>
      </w:r>
    </w:p>
    <w:p w14:paraId="1FDCFAA2" w14:textId="77777777" w:rsidR="00F620A2" w:rsidRPr="00F620A2" w:rsidRDefault="00F620A2" w:rsidP="00F620A2">
      <w:pPr>
        <w:numPr>
          <w:ilvl w:val="0"/>
          <w:numId w:val="25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portfólio;</w:t>
      </w:r>
    </w:p>
    <w:p w14:paraId="7B87DBFC" w14:textId="77777777" w:rsidR="00F620A2" w:rsidRPr="00F620A2" w:rsidRDefault="00F620A2" w:rsidP="00F620A2">
      <w:pPr>
        <w:numPr>
          <w:ilvl w:val="0"/>
          <w:numId w:val="25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redes sociais;</w:t>
      </w:r>
    </w:p>
    <w:p w14:paraId="260F4929" w14:textId="77777777" w:rsidR="00F620A2" w:rsidRPr="00F620A2" w:rsidRDefault="00F620A2" w:rsidP="00F620A2">
      <w:pPr>
        <w:numPr>
          <w:ilvl w:val="0"/>
          <w:numId w:val="25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apresentações comerciais,</w:t>
      </w:r>
    </w:p>
    <w:p w14:paraId="3376720D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salvo manifestação contrária do CONTRATANTE por escrito.</w:t>
      </w:r>
    </w:p>
    <w:p w14:paraId="4606D3F8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097E294A" w14:textId="68595460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DÉCIMA SÉTIMA – CONFIDENCIALIDADE</w:t>
      </w:r>
    </w:p>
    <w:p w14:paraId="4802BE6B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As partes comprometem-se a manter absoluto sigilo sobre:</w:t>
      </w:r>
    </w:p>
    <w:p w14:paraId="2C4FF41A" w14:textId="77777777" w:rsidR="00F620A2" w:rsidRPr="00F620A2" w:rsidRDefault="00F620A2" w:rsidP="00F620A2">
      <w:pPr>
        <w:numPr>
          <w:ilvl w:val="0"/>
          <w:numId w:val="26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documentos;</w:t>
      </w:r>
    </w:p>
    <w:p w14:paraId="12544C22" w14:textId="77777777" w:rsidR="00F620A2" w:rsidRPr="00F620A2" w:rsidRDefault="00F620A2" w:rsidP="00F620A2">
      <w:pPr>
        <w:numPr>
          <w:ilvl w:val="0"/>
          <w:numId w:val="26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lastRenderedPageBreak/>
        <w:t>banco de dados;</w:t>
      </w:r>
    </w:p>
    <w:p w14:paraId="46F98127" w14:textId="77777777" w:rsidR="00F620A2" w:rsidRPr="00F620A2" w:rsidRDefault="00F620A2" w:rsidP="00F620A2">
      <w:pPr>
        <w:numPr>
          <w:ilvl w:val="0"/>
          <w:numId w:val="26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código-fonte;</w:t>
      </w:r>
    </w:p>
    <w:p w14:paraId="6CDC95F9" w14:textId="77777777" w:rsidR="00F620A2" w:rsidRPr="00F620A2" w:rsidRDefault="00F620A2" w:rsidP="00F620A2">
      <w:pPr>
        <w:numPr>
          <w:ilvl w:val="0"/>
          <w:numId w:val="26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estratégias;</w:t>
      </w:r>
    </w:p>
    <w:p w14:paraId="6572655F" w14:textId="77777777" w:rsidR="00F620A2" w:rsidRPr="00F620A2" w:rsidRDefault="00F620A2" w:rsidP="00F620A2">
      <w:pPr>
        <w:numPr>
          <w:ilvl w:val="0"/>
          <w:numId w:val="26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informações comerciais;</w:t>
      </w:r>
    </w:p>
    <w:p w14:paraId="70A7C759" w14:textId="77777777" w:rsidR="00F620A2" w:rsidRPr="00F620A2" w:rsidRDefault="00F620A2" w:rsidP="00F620A2">
      <w:pPr>
        <w:numPr>
          <w:ilvl w:val="0"/>
          <w:numId w:val="26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credenciais de acesso.</w:t>
      </w:r>
    </w:p>
    <w:p w14:paraId="6F97995D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 obrigação permanecerá por cinco anos após o término deste contrato.</w:t>
      </w:r>
    </w:p>
    <w:p w14:paraId="0B2A5FC5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2466302D" w14:textId="76FAB623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DÉCIMA OITAVA – LGPD</w:t>
      </w:r>
    </w:p>
    <w:p w14:paraId="7F52F8D3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As partes comprometem-se a cumprir integralmente a legislação referente à proteção de dados pessoais.</w:t>
      </w:r>
    </w:p>
    <w:p w14:paraId="2D20A59F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O tratamento de dados ocorrerá apenas para execução deste contrato.</w:t>
      </w:r>
    </w:p>
    <w:p w14:paraId="587E9F0D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Cada parte será responsável pelos dados sob sua guarda.</w:t>
      </w:r>
    </w:p>
    <w:p w14:paraId="297C981A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38E34122" w14:textId="73A8B033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DÉCIMA NONA – BACKUPS</w:t>
      </w:r>
    </w:p>
    <w:p w14:paraId="014685D4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Durante o desenvolvimento serão realizados backups periódicos.</w:t>
      </w:r>
    </w:p>
    <w:p w14:paraId="0988CCA4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Após a entrega, a responsabilidade pelos backups passa ao CONTRATANTE, salvo contratação específica.</w:t>
      </w:r>
    </w:p>
    <w:p w14:paraId="6358FFC7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318C31B7" w14:textId="2BE3F5CA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VIGÉSIMA – RESCISÃO</w:t>
      </w:r>
    </w:p>
    <w:p w14:paraId="6A5BFFC3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O contrato poderá ser rescindido:</w:t>
      </w:r>
    </w:p>
    <w:p w14:paraId="666FC437" w14:textId="77777777" w:rsidR="00F620A2" w:rsidRPr="00F620A2" w:rsidRDefault="00F620A2" w:rsidP="00F620A2">
      <w:pPr>
        <w:numPr>
          <w:ilvl w:val="0"/>
          <w:numId w:val="27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por acordo entre as partes;</w:t>
      </w:r>
    </w:p>
    <w:p w14:paraId="68C74CCB" w14:textId="77777777" w:rsidR="00F620A2" w:rsidRPr="00F620A2" w:rsidRDefault="00F620A2" w:rsidP="00F620A2">
      <w:pPr>
        <w:numPr>
          <w:ilvl w:val="0"/>
          <w:numId w:val="27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por inadimplência;</w:t>
      </w:r>
    </w:p>
    <w:p w14:paraId="40D9E748" w14:textId="77777777" w:rsidR="00F620A2" w:rsidRPr="00F620A2" w:rsidRDefault="00F620A2" w:rsidP="00F620A2">
      <w:pPr>
        <w:numPr>
          <w:ilvl w:val="0"/>
          <w:numId w:val="27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por descumprimento contratual;</w:t>
      </w:r>
    </w:p>
    <w:p w14:paraId="028A7F57" w14:textId="77777777" w:rsidR="00F620A2" w:rsidRPr="00F620A2" w:rsidRDefault="00F620A2" w:rsidP="00F620A2">
      <w:pPr>
        <w:numPr>
          <w:ilvl w:val="0"/>
          <w:numId w:val="27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por impossibilidade técnica superveniente.</w:t>
      </w:r>
    </w:p>
    <w:p w14:paraId="1643D957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Valores referentes aos serviços já executados permanecerão devidos.</w:t>
      </w:r>
    </w:p>
    <w:p w14:paraId="5DA24575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4178DB35" w14:textId="0EFEBCEB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lastRenderedPageBreak/>
        <w:t>CLÁUSULA VIGÉSIMA PRIMEIRA – MULTA</w:t>
      </w:r>
    </w:p>
    <w:p w14:paraId="547E4A0F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Em caso de rescisão imotivada pelo CONTRATANTE após iniciado o desenvolvimento, será devida multa correspondente a 20% do valor restante do contrato, além do pagamento proporcional pelos serviços já executados.</w:t>
      </w:r>
    </w:p>
    <w:p w14:paraId="01F871D1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76987D1D" w14:textId="492DED61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VIGÉSIMA SEGUNDA – RESPONSABILIDADE</w:t>
      </w:r>
    </w:p>
    <w:p w14:paraId="5304B2AD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 CONTRATADA não será responsável por:</w:t>
      </w:r>
    </w:p>
    <w:p w14:paraId="76477B79" w14:textId="77777777" w:rsidR="00F620A2" w:rsidRPr="00F620A2" w:rsidRDefault="00F620A2" w:rsidP="00F620A2">
      <w:pPr>
        <w:numPr>
          <w:ilvl w:val="0"/>
          <w:numId w:val="28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perda de faturamento;</w:t>
      </w:r>
    </w:p>
    <w:p w14:paraId="2F58CEFD" w14:textId="77777777" w:rsidR="00F620A2" w:rsidRPr="00F620A2" w:rsidRDefault="00F620A2" w:rsidP="00F620A2">
      <w:pPr>
        <w:numPr>
          <w:ilvl w:val="0"/>
          <w:numId w:val="28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lucros cessantes;</w:t>
      </w:r>
    </w:p>
    <w:p w14:paraId="7D098777" w14:textId="77777777" w:rsidR="00F620A2" w:rsidRPr="00F620A2" w:rsidRDefault="00F620A2" w:rsidP="00F620A2">
      <w:pPr>
        <w:numPr>
          <w:ilvl w:val="0"/>
          <w:numId w:val="28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ataques hackers;</w:t>
      </w:r>
    </w:p>
    <w:p w14:paraId="719ECBFA" w14:textId="77777777" w:rsidR="00F620A2" w:rsidRPr="00F620A2" w:rsidRDefault="00F620A2" w:rsidP="00F620A2">
      <w:pPr>
        <w:numPr>
          <w:ilvl w:val="0"/>
          <w:numId w:val="28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indisponibilidade de servidores de terceiros;</w:t>
      </w:r>
    </w:p>
    <w:p w14:paraId="74041773" w14:textId="77777777" w:rsidR="00F620A2" w:rsidRPr="00F620A2" w:rsidRDefault="00F620A2" w:rsidP="00F620A2">
      <w:pPr>
        <w:numPr>
          <w:ilvl w:val="0"/>
          <w:numId w:val="28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alterações realizadas por terceiros;</w:t>
      </w:r>
    </w:p>
    <w:p w14:paraId="5C048AB1" w14:textId="77777777" w:rsidR="00F620A2" w:rsidRPr="00F620A2" w:rsidRDefault="00F620A2" w:rsidP="00F620A2">
      <w:pPr>
        <w:numPr>
          <w:ilvl w:val="0"/>
          <w:numId w:val="28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falhas de serviços externos.</w:t>
      </w:r>
    </w:p>
    <w:p w14:paraId="19FCDDC6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601270C0" w14:textId="719C7336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VIGÉSIMA TERCEIRA – MANUTENÇÃO EVOLUTIVA</w:t>
      </w:r>
    </w:p>
    <w:p w14:paraId="3E7C4F24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Novas funcionalidades não previstas serão objeto de novo orçamento.</w:t>
      </w:r>
    </w:p>
    <w:p w14:paraId="3EB79F29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6B340A16" w14:textId="14D4B1D9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VIGÉSIMA QUARTA – COMUNICAÇÕES</w:t>
      </w:r>
    </w:p>
    <w:p w14:paraId="4673E055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Toda comunicação oficial ocorrerá por:</w:t>
      </w:r>
    </w:p>
    <w:p w14:paraId="6671FDE9" w14:textId="77777777" w:rsidR="00F620A2" w:rsidRPr="00F620A2" w:rsidRDefault="00F620A2" w:rsidP="00F620A2">
      <w:pPr>
        <w:numPr>
          <w:ilvl w:val="0"/>
          <w:numId w:val="29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e-mail;</w:t>
      </w:r>
    </w:p>
    <w:p w14:paraId="3E26B61A" w14:textId="77777777" w:rsidR="00F620A2" w:rsidRPr="00F620A2" w:rsidRDefault="00F620A2" w:rsidP="00F620A2">
      <w:pPr>
        <w:numPr>
          <w:ilvl w:val="0"/>
          <w:numId w:val="29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sistema de chamados;</w:t>
      </w:r>
    </w:p>
    <w:p w14:paraId="6E24D0D8" w14:textId="77777777" w:rsidR="00F620A2" w:rsidRPr="00F620A2" w:rsidRDefault="00F620A2" w:rsidP="00F620A2">
      <w:pPr>
        <w:numPr>
          <w:ilvl w:val="0"/>
          <w:numId w:val="29"/>
        </w:num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WhatsApp previamente indicado.</w:t>
      </w:r>
    </w:p>
    <w:p w14:paraId="2F2D3F2E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0CF38658" w14:textId="2561ACC1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VIGÉSIMA QUINTA – CASO FORTUITO E FORÇA MAIOR</w:t>
      </w:r>
    </w:p>
    <w:p w14:paraId="7575945D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Nenhuma das partes responderá por atrasos decorrentes de fatos imprevisíveis, inevitáveis ou de força maior.</w:t>
      </w:r>
    </w:p>
    <w:p w14:paraId="45397AEF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664D0B31" w14:textId="354F7B49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VIGÉSIMA SEXTA – DISPOSIÇÕES GERAIS</w:t>
      </w:r>
    </w:p>
    <w:p w14:paraId="34B33A9B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Este contrato substitui quaisquer entendimentos anteriores.</w:t>
      </w:r>
    </w:p>
    <w:p w14:paraId="5ADC240C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Alterações somente terão validade mediante aditivo contratual assinado por ambas as partes.</w:t>
      </w:r>
    </w:p>
    <w:p w14:paraId="4A5FD519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 eventual tolerância de uma parte não implicará renúncia de direitos.</w:t>
      </w:r>
    </w:p>
    <w:p w14:paraId="48C6118F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7740E4A9" w14:textId="33330EA8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CLÁUSULA VIGÉSIMA SÉTIMA – FORO</w:t>
      </w:r>
    </w:p>
    <w:p w14:paraId="0F912F65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Fica eleito o foro da Comarca de ____________________________, com renúncia de qualquer outro, por mais privilegiado que seja, para dirimir eventuais controvérsias oriundas deste contrato.</w:t>
      </w:r>
    </w:p>
    <w:p w14:paraId="4FD3DCE1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E, por estarem de pleno acordo, firmam o presente instrumento em duas vias de igual teor.</w:t>
      </w:r>
    </w:p>
    <w:p w14:paraId="0DCD7D81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Cidade: __________________________</w:t>
      </w:r>
    </w:p>
    <w:p w14:paraId="1F548892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Data: //________</w:t>
      </w:r>
    </w:p>
    <w:p w14:paraId="09080031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pict w14:anchorId="34ADFF58">
          <v:rect id="_x0000_i1233" style="width:0;height:1.5pt" o:hralign="center" o:hrstd="t" o:hr="t" fillcolor="#a0a0a0" stroked="f"/>
        </w:pict>
      </w:r>
    </w:p>
    <w:p w14:paraId="12FBFF4B" w14:textId="77777777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CONTRATANTE</w:t>
      </w:r>
    </w:p>
    <w:p w14:paraId="687D8928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CPF/CNPJ:</w:t>
      </w:r>
    </w:p>
    <w:p w14:paraId="3303A41D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Assinatura</w:t>
      </w:r>
    </w:p>
    <w:p w14:paraId="2DBBCB8C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pict w14:anchorId="1229A189">
          <v:rect id="_x0000_i1234" style="width:0;height:1.5pt" o:hralign="center" o:hrstd="t" o:hr="t" fillcolor="#a0a0a0" stroked="f"/>
        </w:pict>
      </w:r>
    </w:p>
    <w:p w14:paraId="187C79A0" w14:textId="77777777" w:rsidR="00F620A2" w:rsidRPr="00F620A2" w:rsidRDefault="00F620A2" w:rsidP="00F620A2">
      <w:pPr>
        <w:jc w:val="both"/>
        <w:rPr>
          <w:b/>
          <w:bCs/>
          <w:sz w:val="24"/>
          <w:szCs w:val="24"/>
          <w:lang w:val="pt-BR"/>
        </w:rPr>
      </w:pPr>
      <w:r w:rsidRPr="00F620A2">
        <w:rPr>
          <w:b/>
          <w:bCs/>
          <w:sz w:val="24"/>
          <w:szCs w:val="24"/>
          <w:lang w:val="pt-BR"/>
        </w:rPr>
        <w:t>CONTRATADA</w:t>
      </w:r>
    </w:p>
    <w:p w14:paraId="7A52B8B4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CPF/CNPJ:</w:t>
      </w:r>
    </w:p>
    <w:p w14:paraId="5284B977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Assinatura</w:t>
      </w:r>
    </w:p>
    <w:p w14:paraId="52ED2B7F" w14:textId="77777777" w:rsidR="00F620A2" w:rsidRDefault="00F620A2" w:rsidP="00F620A2">
      <w:pPr>
        <w:jc w:val="both"/>
        <w:rPr>
          <w:sz w:val="24"/>
          <w:szCs w:val="24"/>
          <w:lang w:val="pt-BR"/>
        </w:rPr>
      </w:pPr>
    </w:p>
    <w:p w14:paraId="48CBEF9C" w14:textId="75DDA418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Testemunha 1</w:t>
      </w:r>
    </w:p>
    <w:p w14:paraId="52B4044B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Nome:</w:t>
      </w:r>
    </w:p>
    <w:p w14:paraId="5F159C2B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lastRenderedPageBreak/>
        <w:t>CPF:</w:t>
      </w:r>
    </w:p>
    <w:p w14:paraId="5B14FF2D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Assinatura:</w:t>
      </w:r>
    </w:p>
    <w:p w14:paraId="4F8E4E38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Testemunha 2</w:t>
      </w:r>
    </w:p>
    <w:p w14:paraId="215B9143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Nome:</w:t>
      </w:r>
    </w:p>
    <w:p w14:paraId="50E085CA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CPF:</w:t>
      </w:r>
    </w:p>
    <w:p w14:paraId="5079770A" w14:textId="77777777" w:rsidR="00F620A2" w:rsidRPr="00F620A2" w:rsidRDefault="00F620A2" w:rsidP="00F620A2">
      <w:pPr>
        <w:jc w:val="both"/>
        <w:rPr>
          <w:sz w:val="24"/>
          <w:szCs w:val="24"/>
          <w:lang w:val="pt-BR"/>
        </w:rPr>
      </w:pPr>
      <w:r w:rsidRPr="00F620A2">
        <w:rPr>
          <w:sz w:val="24"/>
          <w:szCs w:val="24"/>
          <w:lang w:val="pt-BR"/>
        </w:rPr>
        <w:t>Assinatura:</w:t>
      </w:r>
    </w:p>
    <w:p w14:paraId="3E23D089" w14:textId="294B642D" w:rsidR="008B0422" w:rsidRPr="00F620A2" w:rsidRDefault="008B0422" w:rsidP="00F620A2">
      <w:pPr>
        <w:jc w:val="both"/>
        <w:rPr>
          <w:sz w:val="24"/>
          <w:szCs w:val="24"/>
        </w:rPr>
      </w:pPr>
    </w:p>
    <w:sectPr w:rsidR="008B0422" w:rsidRPr="00F620A2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B8986" w14:textId="77777777" w:rsidR="00B241B6" w:rsidRDefault="00B241B6" w:rsidP="00F620A2">
      <w:pPr>
        <w:spacing w:after="0" w:line="240" w:lineRule="auto"/>
      </w:pPr>
      <w:r>
        <w:separator/>
      </w:r>
    </w:p>
  </w:endnote>
  <w:endnote w:type="continuationSeparator" w:id="0">
    <w:p w14:paraId="5B54A7D6" w14:textId="77777777" w:rsidR="00B241B6" w:rsidRDefault="00B241B6" w:rsidP="00F62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B769" w14:textId="77777777" w:rsidR="00F620A2" w:rsidRDefault="00F620A2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  <w:lang w:val="pt-BR"/>
      </w:rPr>
      <w:t>Página</w:t>
    </w:r>
    <w:r>
      <w:rPr>
        <w:color w:val="548DD4" w:themeColor="text2" w:themeTint="99"/>
        <w:sz w:val="24"/>
        <w:szCs w:val="24"/>
        <w:lang w:val="pt-BR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  <w:lang w:val="pt-BR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  <w:lang w:val="pt-BR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  <w:lang w:val="pt-BR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207D45D9" w14:textId="77777777" w:rsidR="00F620A2" w:rsidRDefault="00F620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512F2" w14:textId="77777777" w:rsidR="00B241B6" w:rsidRDefault="00B241B6" w:rsidP="00F620A2">
      <w:pPr>
        <w:spacing w:after="0" w:line="240" w:lineRule="auto"/>
      </w:pPr>
      <w:r>
        <w:separator/>
      </w:r>
    </w:p>
  </w:footnote>
  <w:footnote w:type="continuationSeparator" w:id="0">
    <w:p w14:paraId="54D2BDBC" w14:textId="77777777" w:rsidR="00B241B6" w:rsidRDefault="00B241B6" w:rsidP="00F620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3939C1"/>
    <w:multiLevelType w:val="multilevel"/>
    <w:tmpl w:val="C42EC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8263E52"/>
    <w:multiLevelType w:val="multilevel"/>
    <w:tmpl w:val="3F226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BA15BD5"/>
    <w:multiLevelType w:val="multilevel"/>
    <w:tmpl w:val="6992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FDE5A7E"/>
    <w:multiLevelType w:val="multilevel"/>
    <w:tmpl w:val="BCAE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17273FC"/>
    <w:multiLevelType w:val="multilevel"/>
    <w:tmpl w:val="A2FC3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8343D3A"/>
    <w:multiLevelType w:val="multilevel"/>
    <w:tmpl w:val="13A2B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305DEF"/>
    <w:multiLevelType w:val="multilevel"/>
    <w:tmpl w:val="CE0C5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8B58A6"/>
    <w:multiLevelType w:val="multilevel"/>
    <w:tmpl w:val="61128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F4614A"/>
    <w:multiLevelType w:val="multilevel"/>
    <w:tmpl w:val="23329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6409DE"/>
    <w:multiLevelType w:val="multilevel"/>
    <w:tmpl w:val="6A04B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604C69"/>
    <w:multiLevelType w:val="multilevel"/>
    <w:tmpl w:val="2C06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9A09E7"/>
    <w:multiLevelType w:val="multilevel"/>
    <w:tmpl w:val="2D8A7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9E5079"/>
    <w:multiLevelType w:val="multilevel"/>
    <w:tmpl w:val="FF82A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B703B8"/>
    <w:multiLevelType w:val="multilevel"/>
    <w:tmpl w:val="A4909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A92737"/>
    <w:multiLevelType w:val="multilevel"/>
    <w:tmpl w:val="556A3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835262"/>
    <w:multiLevelType w:val="multilevel"/>
    <w:tmpl w:val="7F5A1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2F5EC8"/>
    <w:multiLevelType w:val="multilevel"/>
    <w:tmpl w:val="D4C65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9D6A3B"/>
    <w:multiLevelType w:val="multilevel"/>
    <w:tmpl w:val="307A2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805310"/>
    <w:multiLevelType w:val="multilevel"/>
    <w:tmpl w:val="98A8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F77D7D"/>
    <w:multiLevelType w:val="multilevel"/>
    <w:tmpl w:val="155EF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8759225">
    <w:abstractNumId w:val="8"/>
  </w:num>
  <w:num w:numId="2" w16cid:durableId="1930579588">
    <w:abstractNumId w:val="6"/>
  </w:num>
  <w:num w:numId="3" w16cid:durableId="258300557">
    <w:abstractNumId w:val="5"/>
  </w:num>
  <w:num w:numId="4" w16cid:durableId="1644309008">
    <w:abstractNumId w:val="4"/>
  </w:num>
  <w:num w:numId="5" w16cid:durableId="82336831">
    <w:abstractNumId w:val="7"/>
  </w:num>
  <w:num w:numId="6" w16cid:durableId="1125469281">
    <w:abstractNumId w:val="3"/>
  </w:num>
  <w:num w:numId="7" w16cid:durableId="2119064124">
    <w:abstractNumId w:val="2"/>
  </w:num>
  <w:num w:numId="8" w16cid:durableId="182522010">
    <w:abstractNumId w:val="1"/>
  </w:num>
  <w:num w:numId="9" w16cid:durableId="412703875">
    <w:abstractNumId w:val="0"/>
  </w:num>
  <w:num w:numId="10" w16cid:durableId="409154754">
    <w:abstractNumId w:val="10"/>
  </w:num>
  <w:num w:numId="11" w16cid:durableId="1963000847">
    <w:abstractNumId w:val="17"/>
  </w:num>
  <w:num w:numId="12" w16cid:durableId="638267654">
    <w:abstractNumId w:val="22"/>
  </w:num>
  <w:num w:numId="13" w16cid:durableId="126436762">
    <w:abstractNumId w:val="28"/>
  </w:num>
  <w:num w:numId="14" w16cid:durableId="1027021553">
    <w:abstractNumId w:val="26"/>
  </w:num>
  <w:num w:numId="15" w16cid:durableId="1720274898">
    <w:abstractNumId w:val="20"/>
  </w:num>
  <w:num w:numId="16" w16cid:durableId="663506427">
    <w:abstractNumId w:val="24"/>
  </w:num>
  <w:num w:numId="17" w16cid:durableId="427044967">
    <w:abstractNumId w:val="21"/>
  </w:num>
  <w:num w:numId="18" w16cid:durableId="94836420">
    <w:abstractNumId w:val="11"/>
  </w:num>
  <w:num w:numId="19" w16cid:durableId="413287516">
    <w:abstractNumId w:val="14"/>
  </w:num>
  <w:num w:numId="20" w16cid:durableId="956377750">
    <w:abstractNumId w:val="19"/>
  </w:num>
  <w:num w:numId="21" w16cid:durableId="493106945">
    <w:abstractNumId w:val="9"/>
  </w:num>
  <w:num w:numId="22" w16cid:durableId="1619599644">
    <w:abstractNumId w:val="23"/>
  </w:num>
  <w:num w:numId="23" w16cid:durableId="382103873">
    <w:abstractNumId w:val="25"/>
  </w:num>
  <w:num w:numId="24" w16cid:durableId="337003041">
    <w:abstractNumId w:val="13"/>
  </w:num>
  <w:num w:numId="25" w16cid:durableId="1845895589">
    <w:abstractNumId w:val="15"/>
  </w:num>
  <w:num w:numId="26" w16cid:durableId="1061363733">
    <w:abstractNumId w:val="27"/>
  </w:num>
  <w:num w:numId="27" w16cid:durableId="1223448172">
    <w:abstractNumId w:val="12"/>
  </w:num>
  <w:num w:numId="28" w16cid:durableId="1734769923">
    <w:abstractNumId w:val="16"/>
  </w:num>
  <w:num w:numId="29" w16cid:durableId="9216411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56CEA"/>
    <w:rsid w:val="0029639D"/>
    <w:rsid w:val="00326F90"/>
    <w:rsid w:val="00525C18"/>
    <w:rsid w:val="006D6429"/>
    <w:rsid w:val="008B0422"/>
    <w:rsid w:val="00AA1D8D"/>
    <w:rsid w:val="00AE77C8"/>
    <w:rsid w:val="00B241B6"/>
    <w:rsid w:val="00B25E68"/>
    <w:rsid w:val="00B47730"/>
    <w:rsid w:val="00CB0664"/>
    <w:rsid w:val="00D96539"/>
    <w:rsid w:val="00DE3CBC"/>
    <w:rsid w:val="00EB3376"/>
    <w:rsid w:val="00F620A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4B786"/>
  <w14:defaultImageDpi w14:val="300"/>
  <w15:docId w15:val="{01A409AE-09E3-4BD6-8D5A-9038943E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8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1350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8627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TechCode4u TI</cp:lastModifiedBy>
  <cp:revision>8</cp:revision>
  <dcterms:created xsi:type="dcterms:W3CDTF">2013-12-23T23:15:00Z</dcterms:created>
  <dcterms:modified xsi:type="dcterms:W3CDTF">2026-07-06T17:40:00Z</dcterms:modified>
  <cp:category/>
</cp:coreProperties>
</file>